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25C2E" w14:textId="3B3125BC" w:rsidR="00DE0170" w:rsidRPr="00D41E27" w:rsidRDefault="00EF1E35" w:rsidP="00D41E27">
      <w:pPr>
        <w:pStyle w:val="Heading2"/>
        <w:jc w:val="center"/>
        <w:rPr>
          <w:rFonts w:ascii="Times New Roman" w:hAnsi="Times New Roman" w:cs="Times New Roman"/>
          <w:color w:val="000000" w:themeColor="text1"/>
        </w:rPr>
      </w:pPr>
      <w:r w:rsidRPr="00D41E27">
        <w:rPr>
          <w:rFonts w:ascii="Times New Roman" w:hAnsi="Times New Roman" w:cs="Times New Roman"/>
          <w:color w:val="000000" w:themeColor="text1"/>
        </w:rPr>
        <w:t>CERERE DE ÎNSCRIERE</w:t>
      </w:r>
      <w:r w:rsidRPr="00D41E27">
        <w:rPr>
          <w:rFonts w:ascii="Times New Roman" w:hAnsi="Times New Roman" w:cs="Times New Roman"/>
          <w:color w:val="000000" w:themeColor="text1"/>
        </w:rPr>
        <w:br/>
      </w:r>
      <w:proofErr w:type="spellStart"/>
      <w:r w:rsidRPr="00D41E27">
        <w:rPr>
          <w:rFonts w:ascii="Times New Roman" w:hAnsi="Times New Roman" w:cs="Times New Roman"/>
          <w:color w:val="000000" w:themeColor="text1"/>
        </w:rPr>
        <w:t>în</w:t>
      </w:r>
      <w:proofErr w:type="spellEnd"/>
      <w:r w:rsidRPr="00D41E27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</w:rPr>
        <w:t>clasa</w:t>
      </w:r>
      <w:proofErr w:type="spellEnd"/>
      <w:r w:rsidRPr="00D41E27">
        <w:rPr>
          <w:rFonts w:ascii="Times New Roman" w:hAnsi="Times New Roman" w:cs="Times New Roman"/>
          <w:color w:val="000000" w:themeColor="text1"/>
        </w:rPr>
        <w:t xml:space="preserve"> a IX-a,  </w:t>
      </w:r>
      <w:proofErr w:type="spellStart"/>
      <w:r w:rsidRPr="00D41E27">
        <w:rPr>
          <w:rFonts w:ascii="Times New Roman" w:hAnsi="Times New Roman" w:cs="Times New Roman"/>
          <w:color w:val="000000" w:themeColor="text1"/>
        </w:rPr>
        <w:t>anul</w:t>
      </w:r>
      <w:proofErr w:type="spellEnd"/>
      <w:r w:rsidRPr="00D41E27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</w:rPr>
        <w:t>școlar</w:t>
      </w:r>
      <w:proofErr w:type="spellEnd"/>
      <w:r w:rsidRPr="00D41E27">
        <w:rPr>
          <w:rFonts w:ascii="Times New Roman" w:hAnsi="Times New Roman" w:cs="Times New Roman"/>
          <w:color w:val="000000" w:themeColor="text1"/>
        </w:rPr>
        <w:t xml:space="preserve"> 2026–2027</w:t>
      </w:r>
    </w:p>
    <w:p w14:paraId="71C71F15" w14:textId="215B0DF1" w:rsidR="00EF1E35" w:rsidRPr="00D41E27" w:rsidRDefault="00DE0170" w:rsidP="00DE017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41E27">
        <w:rPr>
          <w:rFonts w:ascii="Times New Roman" w:hAnsi="Times New Roman" w:cs="Times New Roman"/>
          <w:color w:val="000000" w:themeColor="text1"/>
        </w:rPr>
        <w:tab/>
      </w:r>
      <w:proofErr w:type="spellStart"/>
      <w:r w:rsidR="00EF1E35" w:rsidRPr="00D41E27">
        <w:rPr>
          <w:rFonts w:ascii="Times New Roman" w:hAnsi="Times New Roman" w:cs="Times New Roman"/>
          <w:color w:val="000000" w:themeColor="text1"/>
          <w:sz w:val="24"/>
          <w:szCs w:val="24"/>
        </w:rPr>
        <w:t>Subsemnatul</w:t>
      </w:r>
      <w:proofErr w:type="spellEnd"/>
      <w:r w:rsidR="00EF1E35" w:rsidRPr="00D41E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(a), ________________________________, </w:t>
      </w:r>
      <w:proofErr w:type="spellStart"/>
      <w:r w:rsidR="00EF1E35" w:rsidRPr="00D41E27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="00EF1E35" w:rsidRPr="00D41E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F1E35" w:rsidRPr="00D41E27">
        <w:rPr>
          <w:rFonts w:ascii="Times New Roman" w:hAnsi="Times New Roman" w:cs="Times New Roman"/>
          <w:color w:val="000000" w:themeColor="text1"/>
          <w:sz w:val="24"/>
          <w:szCs w:val="24"/>
        </w:rPr>
        <w:t>calitate</w:t>
      </w:r>
      <w:proofErr w:type="spellEnd"/>
      <w:r w:rsidR="00EF1E35" w:rsidRPr="00D41E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părinte/reprezentant legal al elevului/elevei ________________________________, vă rog să </w:t>
      </w:r>
      <w:proofErr w:type="spellStart"/>
      <w:r w:rsidR="00EF1E35" w:rsidRPr="00D41E27">
        <w:rPr>
          <w:rFonts w:ascii="Times New Roman" w:hAnsi="Times New Roman" w:cs="Times New Roman"/>
          <w:color w:val="000000" w:themeColor="text1"/>
          <w:sz w:val="24"/>
          <w:szCs w:val="24"/>
        </w:rPr>
        <w:t>aprobați</w:t>
      </w:r>
      <w:proofErr w:type="spellEnd"/>
      <w:r w:rsidR="00EF1E35" w:rsidRPr="00D41E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F1E35" w:rsidRPr="00D41E27">
        <w:rPr>
          <w:rFonts w:ascii="Times New Roman" w:hAnsi="Times New Roman" w:cs="Times New Roman"/>
          <w:color w:val="000000" w:themeColor="text1"/>
          <w:sz w:val="24"/>
          <w:szCs w:val="24"/>
        </w:rPr>
        <w:t>înscrierea</w:t>
      </w:r>
      <w:proofErr w:type="spellEnd"/>
      <w:r w:rsidR="00EF1E35" w:rsidRPr="00D41E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F1E35" w:rsidRPr="00D41E27">
        <w:rPr>
          <w:rFonts w:ascii="Times New Roman" w:hAnsi="Times New Roman" w:cs="Times New Roman"/>
          <w:color w:val="000000" w:themeColor="text1"/>
          <w:sz w:val="24"/>
          <w:szCs w:val="24"/>
        </w:rPr>
        <w:t>acestuia</w:t>
      </w:r>
      <w:proofErr w:type="spellEnd"/>
      <w:r w:rsidR="00EF1E35" w:rsidRPr="00D41E27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 w:rsidR="00EF1E35" w:rsidRPr="00D41E27">
        <w:rPr>
          <w:rFonts w:ascii="Times New Roman" w:hAnsi="Times New Roman" w:cs="Times New Roman"/>
          <w:color w:val="000000" w:themeColor="text1"/>
          <w:sz w:val="24"/>
          <w:szCs w:val="24"/>
        </w:rPr>
        <w:t>acesteia</w:t>
      </w:r>
      <w:proofErr w:type="spellEnd"/>
      <w:r w:rsidR="00EF1E35" w:rsidRPr="00D41E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F1E35" w:rsidRPr="00D41E27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="00EF1E35" w:rsidRPr="00D41E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F1E35" w:rsidRPr="00D41E27">
        <w:rPr>
          <w:rFonts w:ascii="Times New Roman" w:hAnsi="Times New Roman" w:cs="Times New Roman"/>
          <w:color w:val="000000" w:themeColor="text1"/>
          <w:sz w:val="24"/>
          <w:szCs w:val="24"/>
        </w:rPr>
        <w:t>clasa</w:t>
      </w:r>
      <w:proofErr w:type="spellEnd"/>
      <w:r w:rsidR="00EF1E35" w:rsidRPr="00D41E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IX-a, </w:t>
      </w:r>
      <w:proofErr w:type="spellStart"/>
      <w:r w:rsidR="00EF1E35" w:rsidRPr="00D41E27">
        <w:rPr>
          <w:rFonts w:ascii="Times New Roman" w:hAnsi="Times New Roman" w:cs="Times New Roman"/>
          <w:color w:val="000000" w:themeColor="text1"/>
          <w:sz w:val="24"/>
          <w:szCs w:val="24"/>
        </w:rPr>
        <w:t>calificarea</w:t>
      </w:r>
      <w:proofErr w:type="spellEnd"/>
      <w:r w:rsidR="00EF1E35" w:rsidRPr="00D41E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</w:t>
      </w:r>
      <w:r w:rsidR="00D41E27" w:rsidRPr="00D41E27">
        <w:rPr>
          <w:rFonts w:ascii="Times New Roman" w:hAnsi="Times New Roman" w:cs="Times New Roman"/>
          <w:color w:val="000000" w:themeColor="text1"/>
          <w:sz w:val="24"/>
          <w:szCs w:val="24"/>
        </w:rPr>
        <w:t>_______</w:t>
      </w:r>
      <w:r w:rsidR="00EF1E35" w:rsidRPr="00D41E27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</w:t>
      </w:r>
      <w:r w:rsidR="00D41E27" w:rsidRPr="00D41E27">
        <w:rPr>
          <w:rFonts w:ascii="Times New Roman" w:hAnsi="Times New Roman" w:cs="Times New Roman"/>
          <w:color w:val="000000" w:themeColor="text1"/>
          <w:sz w:val="24"/>
          <w:szCs w:val="24"/>
        </w:rPr>
        <w:t>_________</w:t>
      </w:r>
      <w:r w:rsidR="00EF1E35" w:rsidRPr="00D41E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______la </w:t>
      </w:r>
      <w:proofErr w:type="spellStart"/>
      <w:r w:rsidR="00EF1E35" w:rsidRPr="00D41E27">
        <w:rPr>
          <w:rFonts w:ascii="Times New Roman" w:hAnsi="Times New Roman" w:cs="Times New Roman"/>
          <w:color w:val="000000" w:themeColor="text1"/>
          <w:sz w:val="24"/>
          <w:szCs w:val="24"/>
        </w:rPr>
        <w:t>Liceul</w:t>
      </w:r>
      <w:proofErr w:type="spellEnd"/>
      <w:r w:rsidR="00EF1E35" w:rsidRPr="00D41E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F1E35" w:rsidRPr="00D41E27">
        <w:rPr>
          <w:rFonts w:ascii="Times New Roman" w:hAnsi="Times New Roman" w:cs="Times New Roman"/>
          <w:color w:val="000000" w:themeColor="text1"/>
          <w:sz w:val="24"/>
          <w:szCs w:val="24"/>
        </w:rPr>
        <w:t>Tehnologic</w:t>
      </w:r>
      <w:proofErr w:type="spellEnd"/>
      <w:r w:rsidR="00EF1E35" w:rsidRPr="00D41E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„Henri Coandă” Tulcea.</w:t>
      </w:r>
    </w:p>
    <w:p w14:paraId="13B4441E" w14:textId="5D64A3E7" w:rsidR="00D41E27" w:rsidRPr="00D41E27" w:rsidRDefault="00EF1E35" w:rsidP="00D41E27">
      <w:pPr>
        <w:jc w:val="both"/>
        <w:rPr>
          <w:rFonts w:ascii="Times New Roman" w:hAnsi="Times New Roman" w:cs="Times New Roman"/>
          <w:b/>
          <w:color w:val="000000" w:themeColor="text1"/>
          <w:lang w:val="fr-FR"/>
        </w:rPr>
      </w:pPr>
      <w:r w:rsidRPr="00D41E27">
        <w:rPr>
          <w:rFonts w:ascii="Times New Roman" w:hAnsi="Times New Roman" w:cs="Times New Roman"/>
          <w:b/>
          <w:color w:val="000000" w:themeColor="text1"/>
          <w:lang w:val="fr-FR"/>
        </w:rPr>
        <w:t>Date de contact</w:t>
      </w:r>
    </w:p>
    <w:tbl>
      <w:tblPr>
        <w:tblStyle w:val="TableGrid"/>
        <w:tblW w:w="9868" w:type="dxa"/>
        <w:tblLook w:val="04A0" w:firstRow="1" w:lastRow="0" w:firstColumn="1" w:lastColumn="0" w:noHBand="0" w:noVBand="1"/>
      </w:tblPr>
      <w:tblGrid>
        <w:gridCol w:w="4815"/>
        <w:gridCol w:w="5053"/>
      </w:tblGrid>
      <w:tr w:rsidR="00D41E27" w:rsidRPr="00D41E27" w14:paraId="6A4D5D59" w14:textId="77777777" w:rsidTr="00D41E27">
        <w:trPr>
          <w:trHeight w:val="715"/>
        </w:trPr>
        <w:tc>
          <w:tcPr>
            <w:tcW w:w="4815" w:type="dxa"/>
          </w:tcPr>
          <w:p w14:paraId="3A9C079E" w14:textId="77777777" w:rsidR="00D41E27" w:rsidRPr="00D41E27" w:rsidRDefault="00D41E27" w:rsidP="00D41E27">
            <w:pPr>
              <w:rPr>
                <w:rFonts w:ascii="Times New Roman" w:hAnsi="Times New Roman" w:cs="Times New Roman"/>
                <w:color w:val="000000" w:themeColor="text1"/>
                <w:lang w:val="fr-FR"/>
              </w:rPr>
            </w:pPr>
            <w:r w:rsidRPr="00D41E27">
              <w:rPr>
                <w:rFonts w:ascii="Times New Roman" w:hAnsi="Times New Roman" w:cs="Times New Roman"/>
                <w:color w:val="000000" w:themeColor="text1"/>
                <w:lang w:val="fr-FR"/>
              </w:rPr>
              <w:t xml:space="preserve">Telefon </w:t>
            </w:r>
            <w:proofErr w:type="spellStart"/>
            <w:r w:rsidRPr="00D41E27">
              <w:rPr>
                <w:rFonts w:ascii="Times New Roman" w:hAnsi="Times New Roman" w:cs="Times New Roman"/>
                <w:color w:val="000000" w:themeColor="text1"/>
                <w:lang w:val="fr-FR"/>
              </w:rPr>
              <w:t>părinte</w:t>
            </w:r>
            <w:proofErr w:type="spellEnd"/>
            <w:r w:rsidRPr="00D41E27">
              <w:rPr>
                <w:rFonts w:ascii="Times New Roman" w:hAnsi="Times New Roman" w:cs="Times New Roman"/>
                <w:color w:val="000000" w:themeColor="text1"/>
                <w:lang w:val="fr-FR"/>
              </w:rPr>
              <w:t xml:space="preserve"> </w:t>
            </w:r>
            <w:r w:rsidRPr="00D41E27">
              <w:rPr>
                <w:rFonts w:ascii="Times New Roman" w:hAnsi="Times New Roman" w:cs="Times New Roman"/>
                <w:color w:val="000000" w:themeColor="text1"/>
                <w:lang w:val="fr-FR"/>
              </w:rPr>
              <w:t xml:space="preserve">: </w:t>
            </w:r>
          </w:p>
          <w:p w14:paraId="5364B092" w14:textId="77777777" w:rsidR="00D41E27" w:rsidRPr="00D41E27" w:rsidRDefault="00D41E27" w:rsidP="00D41E27">
            <w:pPr>
              <w:rPr>
                <w:rFonts w:ascii="Times New Roman" w:hAnsi="Times New Roman" w:cs="Times New Roman"/>
                <w:color w:val="000000" w:themeColor="text1"/>
                <w:lang w:val="fr-FR"/>
              </w:rPr>
            </w:pPr>
          </w:p>
          <w:p w14:paraId="08CBBF7B" w14:textId="68BB7679" w:rsidR="00D41E27" w:rsidRPr="00D41E27" w:rsidRDefault="00D41E27" w:rsidP="00D41E27">
            <w:pPr>
              <w:rPr>
                <w:rFonts w:ascii="Times New Roman" w:hAnsi="Times New Roman" w:cs="Times New Roman"/>
                <w:color w:val="000000" w:themeColor="text1"/>
                <w:lang w:val="fr-FR"/>
              </w:rPr>
            </w:pPr>
          </w:p>
        </w:tc>
        <w:tc>
          <w:tcPr>
            <w:tcW w:w="5053" w:type="dxa"/>
          </w:tcPr>
          <w:p w14:paraId="120BDE7F" w14:textId="332D379E" w:rsidR="00D41E27" w:rsidRPr="00D41E27" w:rsidRDefault="00D41E27" w:rsidP="00D41E27">
            <w:pPr>
              <w:rPr>
                <w:rFonts w:ascii="Times New Roman" w:hAnsi="Times New Roman" w:cs="Times New Roman"/>
                <w:color w:val="000000" w:themeColor="text1"/>
                <w:lang w:val="fr-FR"/>
              </w:rPr>
            </w:pPr>
            <w:r w:rsidRPr="00D41E27">
              <w:rPr>
                <w:rFonts w:ascii="Times New Roman" w:hAnsi="Times New Roman" w:cs="Times New Roman"/>
                <w:color w:val="000000" w:themeColor="text1"/>
                <w:lang w:val="fr-FR"/>
              </w:rPr>
              <w:t xml:space="preserve">Telefon </w:t>
            </w:r>
            <w:proofErr w:type="spellStart"/>
            <w:r w:rsidRPr="00D41E27">
              <w:rPr>
                <w:rFonts w:ascii="Times New Roman" w:hAnsi="Times New Roman" w:cs="Times New Roman"/>
                <w:color w:val="000000" w:themeColor="text1"/>
                <w:lang w:val="fr-FR"/>
              </w:rPr>
              <w:t>părinte</w:t>
            </w:r>
            <w:proofErr w:type="spellEnd"/>
            <w:r w:rsidRPr="00D41E27">
              <w:rPr>
                <w:rFonts w:ascii="Times New Roman" w:hAnsi="Times New Roman" w:cs="Times New Roman"/>
                <w:color w:val="000000" w:themeColor="text1"/>
                <w:lang w:val="fr-FR"/>
              </w:rPr>
              <w:t xml:space="preserve">: </w:t>
            </w:r>
          </w:p>
          <w:p w14:paraId="0B7D8B15" w14:textId="77777777" w:rsidR="00D41E27" w:rsidRPr="00D41E27" w:rsidRDefault="00D41E27" w:rsidP="008F7C28">
            <w:pPr>
              <w:rPr>
                <w:rFonts w:ascii="Times New Roman" w:hAnsi="Times New Roman" w:cs="Times New Roman"/>
                <w:color w:val="000000" w:themeColor="text1"/>
                <w:lang w:val="fr-FR"/>
              </w:rPr>
            </w:pPr>
          </w:p>
        </w:tc>
      </w:tr>
      <w:tr w:rsidR="00D41E27" w:rsidRPr="00D41E27" w14:paraId="2BA0EDC1" w14:textId="77777777" w:rsidTr="00D41E27">
        <w:trPr>
          <w:trHeight w:val="715"/>
        </w:trPr>
        <w:tc>
          <w:tcPr>
            <w:tcW w:w="4815" w:type="dxa"/>
          </w:tcPr>
          <w:p w14:paraId="3B88E6EF" w14:textId="0E103EF6" w:rsidR="00D41E27" w:rsidRPr="00D41E27" w:rsidRDefault="00D41E27" w:rsidP="00D41E27">
            <w:pPr>
              <w:rPr>
                <w:rFonts w:ascii="Times New Roman" w:hAnsi="Times New Roman" w:cs="Times New Roman"/>
                <w:color w:val="000000" w:themeColor="text1"/>
                <w:lang w:val="fr-FR"/>
              </w:rPr>
            </w:pPr>
            <w:r w:rsidRPr="00D41E27">
              <w:rPr>
                <w:rFonts w:ascii="Times New Roman" w:hAnsi="Times New Roman" w:cs="Times New Roman"/>
                <w:color w:val="000000" w:themeColor="text1"/>
                <w:lang w:val="fr-FR"/>
              </w:rPr>
              <w:t>E-mail</w:t>
            </w:r>
            <w:r w:rsidRPr="00D41E27">
              <w:rPr>
                <w:rFonts w:ascii="Times New Roman" w:hAnsi="Times New Roman" w:cs="Times New Roman"/>
                <w:color w:val="000000" w:themeColor="text1"/>
                <w:lang w:val="fr-FR"/>
              </w:rPr>
              <w:t xml:space="preserve"> </w:t>
            </w:r>
            <w:proofErr w:type="spellStart"/>
            <w:r w:rsidRPr="00D41E27">
              <w:rPr>
                <w:rFonts w:ascii="Times New Roman" w:hAnsi="Times New Roman" w:cs="Times New Roman"/>
                <w:color w:val="000000" w:themeColor="text1"/>
                <w:lang w:val="fr-FR"/>
              </w:rPr>
              <w:t>părinte</w:t>
            </w:r>
            <w:proofErr w:type="spellEnd"/>
            <w:r w:rsidRPr="00D41E27">
              <w:rPr>
                <w:rFonts w:ascii="Times New Roman" w:hAnsi="Times New Roman" w:cs="Times New Roman"/>
                <w:color w:val="000000" w:themeColor="text1"/>
                <w:lang w:val="fr-FR"/>
              </w:rPr>
              <w:t xml:space="preserve">: </w:t>
            </w:r>
          </w:p>
          <w:p w14:paraId="32E606E5" w14:textId="77777777" w:rsidR="00D41E27" w:rsidRPr="00D41E27" w:rsidRDefault="00D41E27" w:rsidP="00D41E27">
            <w:pPr>
              <w:rPr>
                <w:rFonts w:ascii="Times New Roman" w:hAnsi="Times New Roman" w:cs="Times New Roman"/>
                <w:color w:val="000000" w:themeColor="text1"/>
                <w:lang w:val="fr-FR"/>
              </w:rPr>
            </w:pPr>
          </w:p>
          <w:p w14:paraId="73277B42" w14:textId="34842BD6" w:rsidR="00D41E27" w:rsidRPr="00D41E27" w:rsidRDefault="00D41E27" w:rsidP="00D41E27">
            <w:pPr>
              <w:rPr>
                <w:rFonts w:ascii="Times New Roman" w:hAnsi="Times New Roman" w:cs="Times New Roman"/>
                <w:color w:val="000000" w:themeColor="text1"/>
                <w:lang w:val="fr-FR"/>
              </w:rPr>
            </w:pPr>
          </w:p>
        </w:tc>
        <w:tc>
          <w:tcPr>
            <w:tcW w:w="5053" w:type="dxa"/>
          </w:tcPr>
          <w:p w14:paraId="4CB089BD" w14:textId="04BC2A0B" w:rsidR="00D41E27" w:rsidRPr="00D41E27" w:rsidRDefault="00D41E27" w:rsidP="00D41E27">
            <w:pPr>
              <w:rPr>
                <w:rFonts w:ascii="Times New Roman" w:hAnsi="Times New Roman" w:cs="Times New Roman"/>
                <w:color w:val="000000" w:themeColor="text1"/>
                <w:lang w:val="fr-FR"/>
              </w:rPr>
            </w:pPr>
            <w:r w:rsidRPr="00D41E27">
              <w:rPr>
                <w:rFonts w:ascii="Times New Roman" w:hAnsi="Times New Roman" w:cs="Times New Roman"/>
                <w:color w:val="000000" w:themeColor="text1"/>
                <w:lang w:val="fr-FR"/>
              </w:rPr>
              <w:t>E-mail</w:t>
            </w:r>
            <w:r w:rsidRPr="00D41E27">
              <w:rPr>
                <w:rFonts w:ascii="Times New Roman" w:hAnsi="Times New Roman" w:cs="Times New Roman"/>
                <w:color w:val="000000" w:themeColor="text1"/>
                <w:lang w:val="fr-FR"/>
              </w:rPr>
              <w:t xml:space="preserve"> </w:t>
            </w:r>
            <w:proofErr w:type="spellStart"/>
            <w:r w:rsidRPr="00D41E27">
              <w:rPr>
                <w:rFonts w:ascii="Times New Roman" w:hAnsi="Times New Roman" w:cs="Times New Roman"/>
                <w:color w:val="000000" w:themeColor="text1"/>
                <w:lang w:val="fr-FR"/>
              </w:rPr>
              <w:t>părinte</w:t>
            </w:r>
            <w:proofErr w:type="spellEnd"/>
            <w:r w:rsidRPr="00D41E27">
              <w:rPr>
                <w:rFonts w:ascii="Times New Roman" w:hAnsi="Times New Roman" w:cs="Times New Roman"/>
                <w:color w:val="000000" w:themeColor="text1"/>
                <w:lang w:val="fr-FR"/>
              </w:rPr>
              <w:t>:</w:t>
            </w:r>
          </w:p>
        </w:tc>
      </w:tr>
    </w:tbl>
    <w:p w14:paraId="3B173687" w14:textId="77777777" w:rsidR="00D41E27" w:rsidRPr="00D41E27" w:rsidRDefault="00D41E27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4815"/>
        <w:gridCol w:w="5103"/>
      </w:tblGrid>
      <w:tr w:rsidR="00D41E27" w:rsidRPr="00D41E27" w14:paraId="2CA307E3" w14:textId="77777777" w:rsidTr="00D41E27">
        <w:tc>
          <w:tcPr>
            <w:tcW w:w="4815" w:type="dxa"/>
          </w:tcPr>
          <w:p w14:paraId="60F85DA4" w14:textId="77777777" w:rsidR="00D41E27" w:rsidRPr="00D41E27" w:rsidRDefault="00D41E27" w:rsidP="00D41E27">
            <w:pPr>
              <w:rPr>
                <w:rFonts w:ascii="Times New Roman" w:hAnsi="Times New Roman" w:cs="Times New Roman"/>
                <w:color w:val="000000" w:themeColor="text1"/>
                <w:lang w:val="fr-FR"/>
              </w:rPr>
            </w:pPr>
            <w:r w:rsidRPr="00D41E27">
              <w:rPr>
                <w:rFonts w:ascii="Times New Roman" w:hAnsi="Times New Roman" w:cs="Times New Roman"/>
                <w:color w:val="000000" w:themeColor="text1"/>
                <w:lang w:val="fr-FR"/>
              </w:rPr>
              <w:t xml:space="preserve">Telefon </w:t>
            </w:r>
            <w:proofErr w:type="spellStart"/>
            <w:r w:rsidRPr="00D41E27">
              <w:rPr>
                <w:rFonts w:ascii="Times New Roman" w:hAnsi="Times New Roman" w:cs="Times New Roman"/>
                <w:color w:val="000000" w:themeColor="text1"/>
                <w:lang w:val="fr-FR"/>
              </w:rPr>
              <w:t>elev</w:t>
            </w:r>
            <w:proofErr w:type="spellEnd"/>
            <w:r w:rsidRPr="00D41E27">
              <w:rPr>
                <w:rFonts w:ascii="Times New Roman" w:hAnsi="Times New Roman" w:cs="Times New Roman"/>
                <w:color w:val="000000" w:themeColor="text1"/>
                <w:lang w:val="fr-FR"/>
              </w:rPr>
              <w:t xml:space="preserve"> : </w:t>
            </w:r>
          </w:p>
          <w:p w14:paraId="2BEA35F1" w14:textId="445010A5" w:rsidR="00D41E27" w:rsidRPr="00D41E27" w:rsidRDefault="00D41E27" w:rsidP="00D41E27">
            <w:pPr>
              <w:rPr>
                <w:rFonts w:ascii="Times New Roman" w:hAnsi="Times New Roman" w:cs="Times New Roman"/>
                <w:color w:val="000000" w:themeColor="text1"/>
                <w:lang w:val="fr-FR"/>
              </w:rPr>
            </w:pPr>
          </w:p>
        </w:tc>
        <w:tc>
          <w:tcPr>
            <w:tcW w:w="5103" w:type="dxa"/>
          </w:tcPr>
          <w:p w14:paraId="532424C2" w14:textId="3CE640FE" w:rsidR="00D41E27" w:rsidRPr="00D41E27" w:rsidRDefault="00D41E27" w:rsidP="00D41E27">
            <w:pPr>
              <w:rPr>
                <w:rFonts w:ascii="Times New Roman" w:hAnsi="Times New Roman" w:cs="Times New Roman"/>
                <w:color w:val="000000" w:themeColor="text1"/>
                <w:lang w:val="fr-FR"/>
              </w:rPr>
            </w:pPr>
            <w:r w:rsidRPr="00D41E27">
              <w:rPr>
                <w:rFonts w:ascii="Times New Roman" w:hAnsi="Times New Roman" w:cs="Times New Roman"/>
                <w:color w:val="000000" w:themeColor="text1"/>
                <w:lang w:val="fr-FR"/>
              </w:rPr>
              <w:t xml:space="preserve">Email </w:t>
            </w:r>
            <w:proofErr w:type="spellStart"/>
            <w:r w:rsidRPr="00D41E27">
              <w:rPr>
                <w:rFonts w:ascii="Times New Roman" w:hAnsi="Times New Roman" w:cs="Times New Roman"/>
                <w:color w:val="000000" w:themeColor="text1"/>
                <w:lang w:val="fr-FR"/>
              </w:rPr>
              <w:t>elev</w:t>
            </w:r>
            <w:proofErr w:type="spellEnd"/>
            <w:r w:rsidRPr="00D41E27">
              <w:rPr>
                <w:rFonts w:ascii="Times New Roman" w:hAnsi="Times New Roman" w:cs="Times New Roman"/>
                <w:color w:val="000000" w:themeColor="text1"/>
                <w:lang w:val="fr-FR"/>
              </w:rPr>
              <w:t> :</w:t>
            </w:r>
          </w:p>
        </w:tc>
      </w:tr>
    </w:tbl>
    <w:p w14:paraId="0CA01009" w14:textId="77777777" w:rsidR="00DD7772" w:rsidRPr="00D41E27" w:rsidRDefault="00EF1E35">
      <w:pPr>
        <w:pStyle w:val="Heading3"/>
        <w:rPr>
          <w:rFonts w:ascii="Times New Roman" w:hAnsi="Times New Roman" w:cs="Times New Roman"/>
          <w:color w:val="000000" w:themeColor="text1"/>
          <w:lang w:val="fr-FR"/>
        </w:rPr>
      </w:pPr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Documente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anexate</w:t>
      </w:r>
      <w:proofErr w:type="spellEnd"/>
    </w:p>
    <w:p w14:paraId="7393CEE1" w14:textId="2C3079BB" w:rsidR="00DD7772" w:rsidRPr="00D41E27" w:rsidRDefault="00EF1E35" w:rsidP="00EF1E35">
      <w:pPr>
        <w:spacing w:after="0"/>
        <w:rPr>
          <w:rFonts w:ascii="Times New Roman" w:hAnsi="Times New Roman" w:cs="Times New Roman"/>
          <w:color w:val="000000" w:themeColor="text1"/>
          <w:lang w:val="fr-FR"/>
        </w:rPr>
      </w:pPr>
      <w:r w:rsidRPr="00D41E27">
        <w:rPr>
          <w:rFonts w:ascii="Segoe UI Symbol" w:hAnsi="Segoe UI Symbol" w:cs="Segoe UI Symbol"/>
          <w:color w:val="000000" w:themeColor="text1"/>
          <w:lang w:val="fr-FR"/>
        </w:rPr>
        <w:t>☐</w:t>
      </w:r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Copie certificat de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naștere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elev</w:t>
      </w:r>
      <w:proofErr w:type="spellEnd"/>
      <w:r w:rsidR="00D41E27" w:rsidRPr="00D41E27">
        <w:rPr>
          <w:rFonts w:ascii="Times New Roman" w:hAnsi="Times New Roman" w:cs="Times New Roman"/>
          <w:color w:val="000000" w:themeColor="text1"/>
          <w:lang w:val="fr-FR"/>
        </w:rPr>
        <w:t> ;</w:t>
      </w:r>
    </w:p>
    <w:p w14:paraId="087494FD" w14:textId="4B67CE46" w:rsidR="00DD7772" w:rsidRPr="00D41E27" w:rsidRDefault="00EF1E35" w:rsidP="00EF1E35">
      <w:pPr>
        <w:spacing w:after="0"/>
        <w:rPr>
          <w:rFonts w:ascii="Times New Roman" w:hAnsi="Times New Roman" w:cs="Times New Roman"/>
          <w:color w:val="000000" w:themeColor="text1"/>
          <w:lang w:val="fr-FR"/>
        </w:rPr>
      </w:pPr>
      <w:r w:rsidRPr="00D41E27">
        <w:rPr>
          <w:rFonts w:ascii="Segoe UI Symbol" w:hAnsi="Segoe UI Symbol" w:cs="Segoe UI Symbol"/>
          <w:color w:val="000000" w:themeColor="text1"/>
          <w:lang w:val="fr-FR"/>
        </w:rPr>
        <w:t>☐</w:t>
      </w:r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Copie carte de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identitate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elev</w:t>
      </w:r>
      <w:proofErr w:type="spellEnd"/>
      <w:r w:rsidR="00D41E27" w:rsidRPr="00D41E27">
        <w:rPr>
          <w:rFonts w:ascii="Times New Roman" w:hAnsi="Times New Roman" w:cs="Times New Roman"/>
          <w:color w:val="000000" w:themeColor="text1"/>
          <w:lang w:val="fr-FR"/>
        </w:rPr>
        <w:t> ;</w:t>
      </w:r>
    </w:p>
    <w:p w14:paraId="7B845C23" w14:textId="76095F98" w:rsidR="00DD7772" w:rsidRPr="00D41E27" w:rsidRDefault="00EF1E35" w:rsidP="00EF1E35">
      <w:pPr>
        <w:spacing w:after="0"/>
        <w:rPr>
          <w:rFonts w:ascii="Times New Roman" w:hAnsi="Times New Roman" w:cs="Times New Roman"/>
          <w:color w:val="000000" w:themeColor="text1"/>
          <w:lang w:val="fr-FR"/>
        </w:rPr>
      </w:pPr>
      <w:r w:rsidRPr="00D41E27">
        <w:rPr>
          <w:rFonts w:ascii="Segoe UI Symbol" w:hAnsi="Segoe UI Symbol" w:cs="Segoe UI Symbol"/>
          <w:color w:val="000000" w:themeColor="text1"/>
          <w:lang w:val="fr-FR"/>
        </w:rPr>
        <w:t>☐</w:t>
      </w:r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Copii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cărți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de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identitate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r w:rsidR="00D41E27" w:rsidRPr="00D41E27">
        <w:rPr>
          <w:rFonts w:ascii="Times New Roman" w:hAnsi="Times New Roman" w:cs="Times New Roman"/>
          <w:color w:val="000000" w:themeColor="text1"/>
          <w:lang w:val="fr-FR"/>
        </w:rPr>
        <w:t xml:space="preserve">ale </w:t>
      </w:r>
      <w:proofErr w:type="spellStart"/>
      <w:r w:rsidR="00D41E27" w:rsidRPr="00D41E27">
        <w:rPr>
          <w:rFonts w:ascii="Times New Roman" w:hAnsi="Times New Roman" w:cs="Times New Roman"/>
          <w:color w:val="000000" w:themeColor="text1"/>
          <w:lang w:val="fr-FR"/>
        </w:rPr>
        <w:t>ambilor</w:t>
      </w:r>
      <w:proofErr w:type="spellEnd"/>
      <w:r w:rsidR="00D41E27"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părinți</w:t>
      </w:r>
      <w:proofErr w:type="spellEnd"/>
      <w:r w:rsidR="00D41E27" w:rsidRPr="00D41E27">
        <w:rPr>
          <w:rFonts w:ascii="Times New Roman" w:hAnsi="Times New Roman" w:cs="Times New Roman"/>
          <w:color w:val="000000" w:themeColor="text1"/>
          <w:lang w:val="fr-FR"/>
        </w:rPr>
        <w:t> ;</w:t>
      </w:r>
    </w:p>
    <w:p w14:paraId="1FCFADB1" w14:textId="3E02BB8E" w:rsidR="00DD7772" w:rsidRPr="00D41E27" w:rsidRDefault="00EF1E35" w:rsidP="00EF1E35">
      <w:pPr>
        <w:spacing w:after="0"/>
        <w:rPr>
          <w:rFonts w:ascii="Times New Roman" w:hAnsi="Times New Roman" w:cs="Times New Roman"/>
          <w:color w:val="000000" w:themeColor="text1"/>
          <w:lang w:val="fr-FR"/>
        </w:rPr>
      </w:pPr>
      <w:r w:rsidRPr="00D41E27">
        <w:rPr>
          <w:rFonts w:ascii="Segoe UI Symbol" w:hAnsi="Segoe UI Symbol" w:cs="Segoe UI Symbol"/>
          <w:color w:val="000000" w:themeColor="text1"/>
          <w:lang w:val="fr-FR"/>
        </w:rPr>
        <w:t>☐</w:t>
      </w:r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Adeverință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de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domiciliu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(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pentru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carte de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identitate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electronică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>)</w:t>
      </w:r>
      <w:r w:rsidR="00D41E27" w:rsidRPr="00D41E27">
        <w:rPr>
          <w:rFonts w:ascii="Times New Roman" w:hAnsi="Times New Roman" w:cs="Times New Roman"/>
          <w:color w:val="000000" w:themeColor="text1"/>
          <w:lang w:val="fr-FR"/>
        </w:rPr>
        <w:t> ;</w:t>
      </w:r>
    </w:p>
    <w:p w14:paraId="7D472641" w14:textId="3E32F313" w:rsidR="00DD7772" w:rsidRPr="00D41E27" w:rsidRDefault="00EF1E35" w:rsidP="00EF1E35">
      <w:pPr>
        <w:spacing w:after="0"/>
        <w:rPr>
          <w:rFonts w:ascii="Times New Roman" w:hAnsi="Times New Roman" w:cs="Times New Roman"/>
          <w:color w:val="000000" w:themeColor="text1"/>
          <w:lang w:val="fr-FR"/>
        </w:rPr>
      </w:pPr>
      <w:r w:rsidRPr="00D41E27">
        <w:rPr>
          <w:rFonts w:ascii="Segoe UI Symbol" w:hAnsi="Segoe UI Symbol" w:cs="Segoe UI Symbol"/>
          <w:color w:val="000000" w:themeColor="text1"/>
          <w:lang w:val="fr-FR"/>
        </w:rPr>
        <w:t>☐</w:t>
      </w:r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r w:rsidR="00D41E27" w:rsidRPr="00D41E27">
        <w:rPr>
          <w:rFonts w:ascii="Times New Roman" w:hAnsi="Times New Roman" w:cs="Times New Roman"/>
          <w:color w:val="000000" w:themeColor="text1"/>
          <w:lang w:val="fr-FR"/>
        </w:rPr>
        <w:t xml:space="preserve">Copie </w:t>
      </w:r>
      <w:proofErr w:type="spellStart"/>
      <w:r w:rsidR="00D41E27" w:rsidRPr="00D41E27">
        <w:rPr>
          <w:rFonts w:ascii="Times New Roman" w:hAnsi="Times New Roman" w:cs="Times New Roman"/>
          <w:color w:val="000000" w:themeColor="text1"/>
          <w:lang w:val="fr-FR"/>
        </w:rPr>
        <w:t>h</w:t>
      </w:r>
      <w:r w:rsidRPr="00D41E27">
        <w:rPr>
          <w:rFonts w:ascii="Times New Roman" w:hAnsi="Times New Roman" w:cs="Times New Roman"/>
          <w:color w:val="000000" w:themeColor="text1"/>
          <w:lang w:val="fr-FR"/>
        </w:rPr>
        <w:t>otărâre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judecătorească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(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după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caz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>)</w:t>
      </w:r>
      <w:r w:rsidR="00D41E27" w:rsidRPr="00D41E27">
        <w:rPr>
          <w:rFonts w:ascii="Times New Roman" w:hAnsi="Times New Roman" w:cs="Times New Roman"/>
          <w:color w:val="000000" w:themeColor="text1"/>
          <w:lang w:val="fr-FR"/>
        </w:rPr>
        <w:t> ;</w:t>
      </w:r>
    </w:p>
    <w:p w14:paraId="2D938C57" w14:textId="539FFB14" w:rsidR="00DD7772" w:rsidRPr="00D41E27" w:rsidRDefault="00EF1E35" w:rsidP="00EF1E35">
      <w:pPr>
        <w:spacing w:after="0"/>
        <w:rPr>
          <w:rFonts w:ascii="Times New Roman" w:hAnsi="Times New Roman" w:cs="Times New Roman"/>
          <w:color w:val="000000" w:themeColor="text1"/>
          <w:lang w:val="fr-FR"/>
        </w:rPr>
      </w:pPr>
      <w:r w:rsidRPr="00D41E27">
        <w:rPr>
          <w:rFonts w:ascii="Segoe UI Symbol" w:hAnsi="Segoe UI Symbol" w:cs="Segoe UI Symbol"/>
          <w:color w:val="000000" w:themeColor="text1"/>
          <w:lang w:val="fr-FR"/>
        </w:rPr>
        <w:t>☐</w:t>
      </w:r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Foaie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matricolă</w:t>
      </w:r>
      <w:proofErr w:type="spellEnd"/>
      <w:r w:rsidR="00D41E27" w:rsidRPr="00D41E27">
        <w:rPr>
          <w:rFonts w:ascii="Times New Roman" w:hAnsi="Times New Roman" w:cs="Times New Roman"/>
          <w:color w:val="000000" w:themeColor="text1"/>
          <w:lang w:val="fr-FR"/>
        </w:rPr>
        <w:t xml:space="preserve">, </w:t>
      </w:r>
      <w:proofErr w:type="spellStart"/>
      <w:r w:rsidR="00D41E27" w:rsidRPr="00D41E27">
        <w:rPr>
          <w:rFonts w:ascii="Times New Roman" w:hAnsi="Times New Roman" w:cs="Times New Roman"/>
          <w:color w:val="000000" w:themeColor="text1"/>
          <w:lang w:val="fr-FR"/>
        </w:rPr>
        <w:t>în</w:t>
      </w:r>
      <w:proofErr w:type="spellEnd"/>
      <w:r w:rsidR="00D41E27" w:rsidRPr="00D41E27">
        <w:rPr>
          <w:rFonts w:ascii="Times New Roman" w:hAnsi="Times New Roman" w:cs="Times New Roman"/>
          <w:color w:val="000000" w:themeColor="text1"/>
          <w:lang w:val="fr-FR"/>
        </w:rPr>
        <w:t xml:space="preserve"> original ;</w:t>
      </w:r>
    </w:p>
    <w:p w14:paraId="107BC1D8" w14:textId="5687F0EA" w:rsidR="00DD7772" w:rsidRPr="00D41E27" w:rsidRDefault="00EF1E35" w:rsidP="00EF1E35">
      <w:pPr>
        <w:spacing w:after="0"/>
        <w:rPr>
          <w:rFonts w:ascii="Times New Roman" w:hAnsi="Times New Roman" w:cs="Times New Roman"/>
          <w:color w:val="000000" w:themeColor="text1"/>
          <w:lang w:val="fr-FR"/>
        </w:rPr>
      </w:pPr>
      <w:r w:rsidRPr="00D41E27">
        <w:rPr>
          <w:rFonts w:ascii="Segoe UI Symbol" w:hAnsi="Segoe UI Symbol" w:cs="Segoe UI Symbol"/>
          <w:color w:val="000000" w:themeColor="text1"/>
          <w:lang w:val="fr-FR"/>
        </w:rPr>
        <w:t>☐</w:t>
      </w:r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Adeverință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cu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="00D41E27" w:rsidRPr="00D41E27">
        <w:rPr>
          <w:rFonts w:ascii="Times New Roman" w:hAnsi="Times New Roman" w:cs="Times New Roman"/>
          <w:color w:val="000000" w:themeColor="text1"/>
          <w:lang w:val="fr-FR"/>
        </w:rPr>
        <w:t>notele</w:t>
      </w:r>
      <w:proofErr w:type="spellEnd"/>
      <w:r w:rsidR="00D41E27"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="00D41E27" w:rsidRPr="00D41E27">
        <w:rPr>
          <w:rFonts w:ascii="Times New Roman" w:hAnsi="Times New Roman" w:cs="Times New Roman"/>
          <w:color w:val="000000" w:themeColor="text1"/>
          <w:lang w:val="fr-FR"/>
        </w:rPr>
        <w:t>obținute</w:t>
      </w:r>
      <w:proofErr w:type="spellEnd"/>
      <w:r w:rsidR="00D41E27" w:rsidRPr="00D41E27">
        <w:rPr>
          <w:rFonts w:ascii="Times New Roman" w:hAnsi="Times New Roman" w:cs="Times New Roman"/>
          <w:color w:val="000000" w:themeColor="text1"/>
          <w:lang w:val="fr-FR"/>
        </w:rPr>
        <w:t xml:space="preserve"> la </w:t>
      </w:r>
      <w:proofErr w:type="spellStart"/>
      <w:r w:rsidR="00D41E27" w:rsidRPr="00D41E27">
        <w:rPr>
          <w:rFonts w:ascii="Times New Roman" w:hAnsi="Times New Roman" w:cs="Times New Roman"/>
          <w:color w:val="000000" w:themeColor="text1"/>
          <w:lang w:val="fr-FR"/>
        </w:rPr>
        <w:t>evaluarea</w:t>
      </w:r>
      <w:proofErr w:type="spellEnd"/>
      <w:r w:rsidR="00D41E27"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="00D41E27" w:rsidRPr="00D41E27">
        <w:rPr>
          <w:rFonts w:ascii="Times New Roman" w:hAnsi="Times New Roman" w:cs="Times New Roman"/>
          <w:color w:val="000000" w:themeColor="text1"/>
          <w:lang w:val="fr-FR"/>
        </w:rPr>
        <w:t>națională</w:t>
      </w:r>
      <w:proofErr w:type="spellEnd"/>
      <w:r w:rsidR="00D41E27"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="00D41E27" w:rsidRPr="00D41E27">
        <w:rPr>
          <w:rFonts w:ascii="Times New Roman" w:hAnsi="Times New Roman" w:cs="Times New Roman"/>
          <w:color w:val="000000" w:themeColor="text1"/>
          <w:lang w:val="fr-FR"/>
        </w:rPr>
        <w:t>și</w:t>
      </w:r>
      <w:proofErr w:type="spellEnd"/>
      <w:r w:rsidR="00D41E27" w:rsidRPr="00D41E27">
        <w:rPr>
          <w:rFonts w:ascii="Times New Roman" w:hAnsi="Times New Roman" w:cs="Times New Roman"/>
          <w:color w:val="000000" w:themeColor="text1"/>
          <w:lang w:val="fr-FR"/>
        </w:rPr>
        <w:t xml:space="preserve"> media de </w:t>
      </w:r>
      <w:proofErr w:type="spellStart"/>
      <w:r w:rsidR="00D41E27" w:rsidRPr="00D41E27">
        <w:rPr>
          <w:rFonts w:ascii="Times New Roman" w:hAnsi="Times New Roman" w:cs="Times New Roman"/>
          <w:color w:val="000000" w:themeColor="text1"/>
          <w:lang w:val="fr-FR"/>
        </w:rPr>
        <w:t>admitere</w:t>
      </w:r>
      <w:proofErr w:type="spellEnd"/>
      <w:r w:rsidR="00D41E27" w:rsidRPr="00D41E27">
        <w:rPr>
          <w:rFonts w:ascii="Times New Roman" w:hAnsi="Times New Roman" w:cs="Times New Roman"/>
          <w:color w:val="000000" w:themeColor="text1"/>
          <w:lang w:val="fr-FR"/>
        </w:rPr>
        <w:t xml:space="preserve">, </w:t>
      </w:r>
      <w:proofErr w:type="spellStart"/>
      <w:r w:rsidR="00D41E27" w:rsidRPr="00D41E27">
        <w:rPr>
          <w:rFonts w:ascii="Times New Roman" w:hAnsi="Times New Roman" w:cs="Times New Roman"/>
          <w:color w:val="000000" w:themeColor="text1"/>
          <w:lang w:val="fr-FR"/>
        </w:rPr>
        <w:t>în</w:t>
      </w:r>
      <w:proofErr w:type="spellEnd"/>
      <w:r w:rsidR="00D41E27" w:rsidRPr="00D41E27">
        <w:rPr>
          <w:rFonts w:ascii="Times New Roman" w:hAnsi="Times New Roman" w:cs="Times New Roman"/>
          <w:color w:val="000000" w:themeColor="text1"/>
          <w:lang w:val="fr-FR"/>
        </w:rPr>
        <w:t xml:space="preserve"> original ;</w:t>
      </w:r>
    </w:p>
    <w:p w14:paraId="62A90F63" w14:textId="42674A6B" w:rsidR="00EF1E35" w:rsidRPr="00D41E27" w:rsidRDefault="00EF1E35" w:rsidP="00EF1E35">
      <w:pPr>
        <w:spacing w:after="0"/>
        <w:rPr>
          <w:rFonts w:ascii="Times New Roman" w:hAnsi="Times New Roman" w:cs="Times New Roman"/>
          <w:color w:val="000000" w:themeColor="text1"/>
          <w:lang w:val="fr-FR"/>
        </w:rPr>
      </w:pPr>
      <w:r w:rsidRPr="00D41E27">
        <w:rPr>
          <w:rFonts w:ascii="Segoe UI Symbol" w:hAnsi="Segoe UI Symbol" w:cs="Segoe UI Symbol"/>
          <w:color w:val="000000" w:themeColor="text1"/>
          <w:lang w:val="fr-FR"/>
        </w:rPr>
        <w:t>☐</w:t>
      </w:r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="00D41E27" w:rsidRPr="00D41E27">
        <w:rPr>
          <w:rFonts w:ascii="Times New Roman" w:hAnsi="Times New Roman" w:cs="Times New Roman"/>
          <w:color w:val="000000" w:themeColor="text1"/>
          <w:lang w:val="fr-FR"/>
        </w:rPr>
        <w:t>F</w:t>
      </w:r>
      <w:r w:rsidRPr="00D41E27">
        <w:rPr>
          <w:rFonts w:ascii="Times New Roman" w:hAnsi="Times New Roman" w:cs="Times New Roman"/>
          <w:color w:val="000000" w:themeColor="text1"/>
          <w:lang w:val="fr-FR"/>
        </w:rPr>
        <w:t>ișa</w:t>
      </w:r>
      <w:proofErr w:type="spellEnd"/>
      <w:r w:rsidR="00D41E27"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="00D41E27" w:rsidRPr="00D41E27">
        <w:rPr>
          <w:rFonts w:ascii="Times New Roman" w:hAnsi="Times New Roman" w:cs="Times New Roman"/>
          <w:color w:val="000000" w:themeColor="text1"/>
          <w:lang w:val="fr-FR"/>
        </w:rPr>
        <w:t>medicală</w:t>
      </w:r>
      <w:proofErr w:type="spellEnd"/>
      <w:r w:rsidR="00D41E27"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vaccinări</w:t>
      </w:r>
      <w:proofErr w:type="spellEnd"/>
      <w:r w:rsidR="00D41E27"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="00D41E27" w:rsidRPr="00D41E27">
        <w:rPr>
          <w:rFonts w:ascii="Times New Roman" w:hAnsi="Times New Roman" w:cs="Times New Roman"/>
          <w:color w:val="000000" w:themeColor="text1"/>
          <w:lang w:val="fr-FR"/>
        </w:rPr>
        <w:t>elev</w:t>
      </w:r>
      <w:proofErr w:type="spellEnd"/>
      <w:r w:rsidR="00D41E27" w:rsidRPr="00D41E27">
        <w:rPr>
          <w:rFonts w:ascii="Times New Roman" w:hAnsi="Times New Roman" w:cs="Times New Roman"/>
          <w:color w:val="000000" w:themeColor="text1"/>
          <w:lang w:val="fr-FR"/>
        </w:rPr>
        <w:t xml:space="preserve">, </w:t>
      </w:r>
      <w:proofErr w:type="spellStart"/>
      <w:r w:rsidR="00D41E27" w:rsidRPr="00D41E27">
        <w:rPr>
          <w:rFonts w:ascii="Times New Roman" w:hAnsi="Times New Roman" w:cs="Times New Roman"/>
          <w:color w:val="000000" w:themeColor="text1"/>
          <w:lang w:val="fr-FR"/>
        </w:rPr>
        <w:t>în</w:t>
      </w:r>
      <w:proofErr w:type="spellEnd"/>
      <w:r w:rsidR="00D41E27" w:rsidRPr="00D41E27">
        <w:rPr>
          <w:rFonts w:ascii="Times New Roman" w:hAnsi="Times New Roman" w:cs="Times New Roman"/>
          <w:color w:val="000000" w:themeColor="text1"/>
          <w:lang w:val="fr-FR"/>
        </w:rPr>
        <w:t xml:space="preserve"> original ;</w:t>
      </w:r>
    </w:p>
    <w:p w14:paraId="5A96B8A6" w14:textId="493556D6" w:rsidR="00D41E27" w:rsidRPr="00D41E27" w:rsidRDefault="00D41E27" w:rsidP="00EF1E35">
      <w:pPr>
        <w:spacing w:after="0"/>
        <w:rPr>
          <w:rFonts w:ascii="Times New Roman" w:hAnsi="Times New Roman" w:cs="Times New Roman"/>
          <w:color w:val="000000" w:themeColor="text1"/>
        </w:rPr>
      </w:pPr>
      <w:r w:rsidRPr="00D41E27">
        <w:rPr>
          <w:rFonts w:ascii="Segoe UI Symbol" w:hAnsi="Segoe UI Symbol" w:cs="Segoe UI Symbol"/>
          <w:color w:val="000000" w:themeColor="text1"/>
        </w:rPr>
        <w:t>☐</w:t>
      </w:r>
      <w:r w:rsidRPr="00D41E27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</w:rPr>
        <w:t>Adeverință</w:t>
      </w:r>
      <w:proofErr w:type="spellEnd"/>
      <w:r w:rsidRPr="00D41E27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</w:rPr>
        <w:t>medicașă</w:t>
      </w:r>
      <w:proofErr w:type="spellEnd"/>
      <w:r w:rsidRPr="00D41E27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</w:rPr>
        <w:t>pentru</w:t>
      </w:r>
      <w:proofErr w:type="spellEnd"/>
      <w:r w:rsidRPr="00D41E27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</w:rPr>
        <w:t>înscrierea</w:t>
      </w:r>
      <w:proofErr w:type="spellEnd"/>
      <w:r w:rsidRPr="00D41E27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</w:rPr>
        <w:t>în</w:t>
      </w:r>
      <w:proofErr w:type="spellEnd"/>
      <w:r w:rsidRPr="00D41E27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</w:rPr>
        <w:t>colectivate</w:t>
      </w:r>
      <w:proofErr w:type="spellEnd"/>
      <w:r w:rsidRPr="00D41E27">
        <w:rPr>
          <w:rFonts w:ascii="Times New Roman" w:hAnsi="Times New Roman" w:cs="Times New Roman"/>
          <w:color w:val="000000" w:themeColor="text1"/>
        </w:rPr>
        <w:t>.</w:t>
      </w:r>
    </w:p>
    <w:p w14:paraId="0AC04486" w14:textId="77777777" w:rsidR="00DD7772" w:rsidRPr="00D41E27" w:rsidRDefault="00EF1E35" w:rsidP="00DE0170">
      <w:pPr>
        <w:pStyle w:val="Heading3"/>
        <w:jc w:val="center"/>
        <w:rPr>
          <w:rFonts w:ascii="Times New Roman" w:hAnsi="Times New Roman" w:cs="Times New Roman"/>
          <w:color w:val="000000" w:themeColor="text1"/>
          <w:u w:val="single"/>
        </w:rPr>
      </w:pPr>
      <w:r w:rsidRPr="00D41E27">
        <w:rPr>
          <w:rFonts w:ascii="Times New Roman" w:hAnsi="Times New Roman" w:cs="Times New Roman"/>
          <w:color w:val="000000" w:themeColor="text1"/>
          <w:u w:val="single"/>
        </w:rPr>
        <w:t>CONSIMȚĂMÂNT</w:t>
      </w:r>
    </w:p>
    <w:p w14:paraId="0D119051" w14:textId="77777777" w:rsidR="00DD7772" w:rsidRPr="00D41E27" w:rsidRDefault="00EF1E35">
      <w:pPr>
        <w:rPr>
          <w:rFonts w:ascii="Times New Roman" w:hAnsi="Times New Roman" w:cs="Times New Roman"/>
          <w:color w:val="000000" w:themeColor="text1"/>
          <w:lang w:val="fr-FR"/>
        </w:rPr>
      </w:pP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Declar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că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datele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furnizate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sunt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reale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și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îmi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exprim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acordul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pentru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prelucrarea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datelor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cu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caracter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personal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,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în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conformitate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cu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Regulamentul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(UE) 2016/679 (GDPR),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în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scopul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înscrierii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și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școlarizării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  <w:lang w:val="fr-FR"/>
        </w:rPr>
        <w:t>elevului</w:t>
      </w:r>
      <w:proofErr w:type="spellEnd"/>
      <w:r w:rsidRPr="00D41E27">
        <w:rPr>
          <w:rFonts w:ascii="Times New Roman" w:hAnsi="Times New Roman" w:cs="Times New Roman"/>
          <w:color w:val="000000" w:themeColor="text1"/>
          <w:lang w:val="fr-FR"/>
        </w:rPr>
        <w:t>.</w:t>
      </w:r>
    </w:p>
    <w:p w14:paraId="1A596E4C" w14:textId="77777777" w:rsidR="00D41E27" w:rsidRPr="00D41E27" w:rsidRDefault="00EF1E35" w:rsidP="00D41E27">
      <w:pPr>
        <w:spacing w:after="0"/>
        <w:rPr>
          <w:rFonts w:ascii="Times New Roman" w:hAnsi="Times New Roman" w:cs="Times New Roman"/>
          <w:color w:val="000000" w:themeColor="text1"/>
        </w:rPr>
      </w:pPr>
      <w:r w:rsidRPr="00D41E27">
        <w:rPr>
          <w:rFonts w:ascii="Times New Roman" w:hAnsi="Times New Roman" w:cs="Times New Roman"/>
          <w:color w:val="000000" w:themeColor="text1"/>
          <w:lang w:val="fr-FR"/>
        </w:rPr>
        <w:br/>
      </w:r>
      <w:r w:rsidRPr="00D41E27">
        <w:rPr>
          <w:rFonts w:ascii="Times New Roman" w:hAnsi="Times New Roman" w:cs="Times New Roman"/>
          <w:color w:val="000000" w:themeColor="text1"/>
        </w:rPr>
        <w:t>Data: ____/____/2026</w:t>
      </w:r>
      <w:r w:rsidRPr="00D41E27">
        <w:rPr>
          <w:rFonts w:ascii="Times New Roman" w:hAnsi="Times New Roman" w:cs="Times New Roman"/>
          <w:color w:val="000000" w:themeColor="text1"/>
        </w:rPr>
        <w:br/>
      </w:r>
      <w:proofErr w:type="spellStart"/>
      <w:r w:rsidR="00D41E27" w:rsidRPr="00D41E27">
        <w:rPr>
          <w:rFonts w:ascii="Times New Roman" w:hAnsi="Times New Roman" w:cs="Times New Roman"/>
          <w:color w:val="000000" w:themeColor="text1"/>
        </w:rPr>
        <w:t>Părinte</w:t>
      </w:r>
      <w:proofErr w:type="spellEnd"/>
      <w:r w:rsidR="00D41E27" w:rsidRPr="00D41E27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="00D41E27" w:rsidRPr="00D41E27">
        <w:rPr>
          <w:rFonts w:ascii="Times New Roman" w:hAnsi="Times New Roman" w:cs="Times New Roman"/>
          <w:color w:val="000000" w:themeColor="text1"/>
        </w:rPr>
        <w:t>Reprezentant</w:t>
      </w:r>
      <w:proofErr w:type="spellEnd"/>
      <w:r w:rsidR="00D41E27" w:rsidRPr="00D41E27">
        <w:rPr>
          <w:rFonts w:ascii="Times New Roman" w:hAnsi="Times New Roman" w:cs="Times New Roman"/>
          <w:color w:val="000000" w:themeColor="text1"/>
        </w:rPr>
        <w:t xml:space="preserve"> legal</w:t>
      </w:r>
    </w:p>
    <w:p w14:paraId="3D328D06" w14:textId="694BA110" w:rsidR="00D41E27" w:rsidRPr="00D41E27" w:rsidRDefault="00D41E27" w:rsidP="00D41E27">
      <w:p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D41E27">
        <w:rPr>
          <w:rFonts w:ascii="Times New Roman" w:hAnsi="Times New Roman" w:cs="Times New Roman"/>
          <w:color w:val="000000" w:themeColor="text1"/>
        </w:rPr>
        <w:t>Nume</w:t>
      </w:r>
      <w:proofErr w:type="spellEnd"/>
      <w:r w:rsidRPr="00D41E27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</w:rPr>
        <w:t>și</w:t>
      </w:r>
      <w:proofErr w:type="spellEnd"/>
      <w:r w:rsidRPr="00D41E27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41E27">
        <w:rPr>
          <w:rFonts w:ascii="Times New Roman" w:hAnsi="Times New Roman" w:cs="Times New Roman"/>
          <w:color w:val="000000" w:themeColor="text1"/>
        </w:rPr>
        <w:t>prenume</w:t>
      </w:r>
      <w:proofErr w:type="spellEnd"/>
      <w:r w:rsidRPr="00D41E27">
        <w:rPr>
          <w:rFonts w:ascii="Times New Roman" w:hAnsi="Times New Roman" w:cs="Times New Roman"/>
          <w:color w:val="000000" w:themeColor="text1"/>
        </w:rPr>
        <w:t>: ______________________________</w:t>
      </w:r>
      <w:r w:rsidRPr="00D41E27">
        <w:rPr>
          <w:rFonts w:ascii="Times New Roman" w:hAnsi="Times New Roman" w:cs="Times New Roman"/>
          <w:color w:val="000000" w:themeColor="text1"/>
        </w:rPr>
        <w:t xml:space="preserve">              </w:t>
      </w:r>
      <w:proofErr w:type="spellStart"/>
      <w:r w:rsidRPr="00D41E27">
        <w:rPr>
          <w:rFonts w:ascii="Times New Roman" w:hAnsi="Times New Roman" w:cs="Times New Roman"/>
          <w:color w:val="000000" w:themeColor="text1"/>
        </w:rPr>
        <w:t>Semnătura</w:t>
      </w:r>
      <w:proofErr w:type="spellEnd"/>
      <w:r w:rsidRPr="00D41E27">
        <w:rPr>
          <w:rFonts w:ascii="Times New Roman" w:hAnsi="Times New Roman" w:cs="Times New Roman"/>
          <w:color w:val="000000" w:themeColor="text1"/>
        </w:rPr>
        <w:t>: ____________________</w:t>
      </w:r>
    </w:p>
    <w:sectPr w:rsidR="00D41E27" w:rsidRPr="00D41E27" w:rsidSect="00D41E27">
      <w:headerReference w:type="default" r:id="rId8"/>
      <w:pgSz w:w="12240" w:h="15840"/>
      <w:pgMar w:top="1417" w:right="1417" w:bottom="1417" w:left="1417" w:header="141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259BF" w14:textId="77777777" w:rsidR="00D03BD5" w:rsidRDefault="00D03BD5" w:rsidP="00D41E27">
      <w:pPr>
        <w:spacing w:after="0" w:line="240" w:lineRule="auto"/>
      </w:pPr>
      <w:r>
        <w:separator/>
      </w:r>
    </w:p>
  </w:endnote>
  <w:endnote w:type="continuationSeparator" w:id="0">
    <w:p w14:paraId="2922E6B6" w14:textId="77777777" w:rsidR="00D03BD5" w:rsidRDefault="00D03BD5" w:rsidP="00D41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5583B" w14:textId="77777777" w:rsidR="00D03BD5" w:rsidRDefault="00D03BD5" w:rsidP="00D41E27">
      <w:pPr>
        <w:spacing w:after="0" w:line="240" w:lineRule="auto"/>
      </w:pPr>
      <w:r>
        <w:separator/>
      </w:r>
    </w:p>
  </w:footnote>
  <w:footnote w:type="continuationSeparator" w:id="0">
    <w:p w14:paraId="0F594730" w14:textId="77777777" w:rsidR="00D03BD5" w:rsidRDefault="00D03BD5" w:rsidP="00D41E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38369" w14:textId="5C87CFC0" w:rsidR="00D41E27" w:rsidRDefault="00D41E27">
    <w:pPr>
      <w:pStyle w:val="Header"/>
    </w:pPr>
    <w:r>
      <w:rPr>
        <w:noProof/>
        <w:lang w:val="ro-RO" w:eastAsia="ro-RO"/>
      </w:rPr>
      <w:drawing>
        <wp:anchor distT="0" distB="0" distL="114300" distR="114300" simplePos="0" relativeHeight="251659264" behindDoc="1" locked="0" layoutInCell="1" allowOverlap="1" wp14:anchorId="6139E011" wp14:editId="0C2C368F">
          <wp:simplePos x="0" y="0"/>
          <wp:positionH relativeFrom="column">
            <wp:posOffset>165100</wp:posOffset>
          </wp:positionH>
          <wp:positionV relativeFrom="paragraph">
            <wp:posOffset>-781050</wp:posOffset>
          </wp:positionV>
          <wp:extent cx="5467350" cy="1181100"/>
          <wp:effectExtent l="0" t="0" r="0" b="0"/>
          <wp:wrapTight wrapText="bothSides">
            <wp:wrapPolygon edited="0">
              <wp:start x="0" y="0"/>
              <wp:lineTo x="0" y="21252"/>
              <wp:lineTo x="21525" y="21252"/>
              <wp:lineTo x="21525" y="0"/>
              <wp:lineTo x="0" y="0"/>
            </wp:wrapPolygon>
          </wp:wrapTight>
          <wp:docPr id="1002451249" name="Picture 10024512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7350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599873">
    <w:abstractNumId w:val="8"/>
  </w:num>
  <w:num w:numId="2" w16cid:durableId="1017928970">
    <w:abstractNumId w:val="6"/>
  </w:num>
  <w:num w:numId="3" w16cid:durableId="1205874254">
    <w:abstractNumId w:val="5"/>
  </w:num>
  <w:num w:numId="4" w16cid:durableId="1356076687">
    <w:abstractNumId w:val="4"/>
  </w:num>
  <w:num w:numId="5" w16cid:durableId="1907915701">
    <w:abstractNumId w:val="7"/>
  </w:num>
  <w:num w:numId="6" w16cid:durableId="1515651089">
    <w:abstractNumId w:val="3"/>
  </w:num>
  <w:num w:numId="7" w16cid:durableId="494304417">
    <w:abstractNumId w:val="2"/>
  </w:num>
  <w:num w:numId="8" w16cid:durableId="1897662161">
    <w:abstractNumId w:val="1"/>
  </w:num>
  <w:num w:numId="9" w16cid:durableId="770591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73491"/>
    <w:rsid w:val="008F7C28"/>
    <w:rsid w:val="00AA1D8D"/>
    <w:rsid w:val="00B47730"/>
    <w:rsid w:val="00BA2B6F"/>
    <w:rsid w:val="00CB0664"/>
    <w:rsid w:val="00D03BD5"/>
    <w:rsid w:val="00D41E27"/>
    <w:rsid w:val="00DD7772"/>
    <w:rsid w:val="00DE0170"/>
    <w:rsid w:val="00E32932"/>
    <w:rsid w:val="00EF1E3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78BF23"/>
  <w14:defaultImageDpi w14:val="300"/>
  <w15:docId w15:val="{035C3CED-F0D2-4477-8665-745CBF014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E01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1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80C6FD3-40C7-4023-8D8B-9C448DE30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197</Words>
  <Characters>1149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Vlad (Grigore) Cristina-Alexandra</cp:lastModifiedBy>
  <cp:revision>6</cp:revision>
  <cp:lastPrinted>2026-07-21T05:46:00Z</cp:lastPrinted>
  <dcterms:created xsi:type="dcterms:W3CDTF">2026-07-21T05:45:00Z</dcterms:created>
  <dcterms:modified xsi:type="dcterms:W3CDTF">2026-07-22T07:24:00Z</dcterms:modified>
  <cp:category/>
</cp:coreProperties>
</file>